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518" w:rsidRDefault="00000000">
      <w:pPr>
        <w:pStyle w:val="aa"/>
        <w:jc w:val="center"/>
      </w:pPr>
      <w:r>
        <w:t>Техническое задание</w:t>
      </w:r>
      <w:r>
        <w:br/>
        <w:t>на доработку сайта Ульянов</w:t>
      </w:r>
    </w:p>
    <w:p w:rsidR="00CC2518" w:rsidRDefault="00000000">
      <w:r>
        <w:t xml:space="preserve">Доработать публикации раздела </w:t>
      </w:r>
      <w:r w:rsidR="00542544">
        <w:t>Медиа</w:t>
      </w:r>
      <w:r>
        <w:t xml:space="preserve"> и ссылки на социальные сети в подвале сайта. Управление содержимым должно выполняться через административную панель без изменения кода.</w:t>
      </w:r>
    </w:p>
    <w:p w:rsidR="00CC2518" w:rsidRDefault="00000000">
      <w:pPr>
        <w:pStyle w:val="1"/>
      </w:pPr>
      <w:r>
        <w:t xml:space="preserve">1 Публикации </w:t>
      </w:r>
      <w:r w:rsidR="008E55EF">
        <w:t>Медиа</w:t>
      </w:r>
    </w:p>
    <w:p w:rsidR="00CC2518" w:rsidRDefault="00000000">
      <w:r>
        <w:t xml:space="preserve">При открытии карточки в разделе </w:t>
      </w:r>
      <w:r w:rsidR="008E55EF">
        <w:t>Медиа</w:t>
      </w:r>
      <w:r>
        <w:t xml:space="preserve"> посетитель видит полноценную статью. В административной панели можно менять заголовок, обложку, текст и порядок всех блоков, добавлять, удалять и заменять содержимое.</w:t>
      </w:r>
    </w:p>
    <w:p w:rsidR="00CC2518" w:rsidRDefault="00000000">
      <w:r>
        <w:rPr>
          <w:b/>
        </w:rPr>
        <w:t xml:space="preserve">Текст. </w:t>
      </w:r>
      <w:r>
        <w:t>Добавить визуальный редактор: выбор шрифта и размера текста, заголовки, жирное и курсивное начертание, подчёркивание, списки, цитаты и ссылки. Сохранять оформление при публикации.</w:t>
      </w:r>
    </w:p>
    <w:p w:rsidR="00CC2518" w:rsidRDefault="00000000">
      <w:r>
        <w:rPr>
          <w:b/>
        </w:rPr>
        <w:t xml:space="preserve">Источник. </w:t>
      </w:r>
      <w:r>
        <w:t>Предусмотреть отдельное поле ссылки. Если оно заполнено, показывать красную кнопку «Перейти к источнику» справа в верхней части статьи; на телефоне размещать под заголовком. Открывать источник в новой вкладке. Без ссылки кнопку скрывать.</w:t>
      </w:r>
    </w:p>
    <w:p w:rsidR="00CC2518" w:rsidRDefault="00000000">
      <w:r>
        <w:rPr>
          <w:b/>
        </w:rPr>
        <w:t xml:space="preserve">Изображения. </w:t>
      </w:r>
      <w:r>
        <w:t>Разрешить вставку между любыми блоками текста: одиночное изображение, коллаж из нескольких изображений или галерея с перелистыванием. Дать возможность менять состав и порядок изображений. Галерея должна поддерживать стрелки и свайп, по аналогии с существующей галереей сайта.</w:t>
      </w:r>
    </w:p>
    <w:p w:rsidR="00CC2518" w:rsidRDefault="00000000">
      <w:r>
        <w:rPr>
          <w:b/>
        </w:rPr>
        <w:t xml:space="preserve">Видео. </w:t>
      </w:r>
      <w:r>
        <w:t>Разрешить вставку видео по ссылке или коду встраивания видеохостинга в любом месте статьи. Воспроизведение должно запускаться внутри публикации. Поддержать несколько видео в одной статье и площадки, разрешающие встраивание.</w:t>
      </w:r>
    </w:p>
    <w:p w:rsidR="00CC2518" w:rsidRDefault="00000000">
      <w:pPr>
        <w:pStyle w:val="1"/>
        <w:pageBreakBefore/>
      </w:pPr>
      <w:r>
        <w:lastRenderedPageBreak/>
        <w:t>2 Социальные сети в подвале сайта</w:t>
      </w:r>
    </w:p>
    <w:p w:rsidR="00CC2518" w:rsidRDefault="00000000">
      <w:r>
        <w:t>Добавить в подвал ссылки с узнаваемыми значками: MAX, Messenger, VK, Rutube, Telegram, YouTube и VK Видео.</w:t>
      </w:r>
    </w:p>
    <w:p w:rsidR="00CC2518" w:rsidRDefault="00000000">
      <w:r>
        <w:t>В административной панели можно добавлять и удалять ссылки, менять название, адрес, значок и порядок отображения, временно скрывать отдельные элементы. Показывать только включённые элементы с заполненным адресом.</w:t>
      </w:r>
    </w:p>
    <w:p w:rsidR="00CC2518" w:rsidRDefault="00000000">
      <w:r>
        <w:t>Ссылки должны вести на указанные страницы или каналы и открываться в новой вкладке. Изменения применяются к подвалу на всех страницах сайта.</w:t>
      </w:r>
    </w:p>
    <w:p w:rsidR="00CC2518" w:rsidRDefault="00000000">
      <w:pPr>
        <w:pStyle w:val="1"/>
      </w:pPr>
      <w:r>
        <w:t>3 Оформление и сохранность данных</w:t>
      </w:r>
    </w:p>
    <w:p w:rsidR="00CC2518" w:rsidRDefault="00000000">
      <w:r>
        <w:t>Сохранить визуальный стиль сайта. Статьи, изображения, видеоплееры, кнопка источника и ссылки в подвале должны корректно отображаться на компьютере и телефоне, без наложений и горизонтальной прокрутки.</w:t>
      </w:r>
    </w:p>
    <w:p w:rsidR="00CC2518" w:rsidRDefault="00000000">
      <w:r>
        <w:t>Сохранить существующие публикации, их адреса и содержимое. Новые возможности должны быть доступны и при редактировании ранее опубликованных материалов.</w:t>
      </w:r>
    </w:p>
    <w:p w:rsidR="00CC2518" w:rsidRDefault="00000000">
      <w:pPr>
        <w:pStyle w:val="1"/>
      </w:pPr>
      <w:r>
        <w:t>4 Критерии приёмки</w:t>
      </w:r>
    </w:p>
    <w:p w:rsidR="00CC2518" w:rsidRDefault="00000000">
      <w:r>
        <w:t>1. Через административную панель создана и затем изменена статья с разным оформлением текста, одиночным изображением, коллажем, галереей и несколькими видео. После сохранения все изменения видны на сайте.</w:t>
      </w:r>
    </w:p>
    <w:p w:rsidR="00CC2518" w:rsidRDefault="00000000">
      <w:r>
        <w:t>2. Кнопка источника отображается только при наличии ссылки и открывает нужную страницу. Галерея листается; встроенные видео воспроизводятся внутри статьи.</w:t>
      </w:r>
    </w:p>
    <w:p w:rsidR="00CC2518" w:rsidRDefault="00000000">
      <w:r>
        <w:t>3. Добавление, изменение, скрытие, удаление и перестановка социальных ссылок отражаются в подвале на всех страницах.</w:t>
      </w:r>
    </w:p>
    <w:p w:rsidR="00CC2518" w:rsidRDefault="00000000">
      <w:r>
        <w:t>4. Результат проверен на компьютере и телефоне. Ранее опубликованные материалы доступны по прежним адресам.</w:t>
      </w:r>
    </w:p>
    <w:sectPr w:rsidR="00CC2518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5942499">
    <w:abstractNumId w:val="8"/>
  </w:num>
  <w:num w:numId="2" w16cid:durableId="1204364249">
    <w:abstractNumId w:val="6"/>
  </w:num>
  <w:num w:numId="3" w16cid:durableId="664670823">
    <w:abstractNumId w:val="5"/>
  </w:num>
  <w:num w:numId="4" w16cid:durableId="706099963">
    <w:abstractNumId w:val="4"/>
  </w:num>
  <w:num w:numId="5" w16cid:durableId="1516269717">
    <w:abstractNumId w:val="7"/>
  </w:num>
  <w:num w:numId="6" w16cid:durableId="578640051">
    <w:abstractNumId w:val="3"/>
  </w:num>
  <w:num w:numId="7" w16cid:durableId="1581409850">
    <w:abstractNumId w:val="2"/>
  </w:num>
  <w:num w:numId="8" w16cid:durableId="193274388">
    <w:abstractNumId w:val="1"/>
  </w:num>
  <w:num w:numId="9" w16cid:durableId="154332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2544"/>
    <w:rsid w:val="008E55EF"/>
    <w:rsid w:val="00AA1D8D"/>
    <w:rsid w:val="00B47730"/>
    <w:rsid w:val="00CB0664"/>
    <w:rsid w:val="00CC25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03DA9"/>
  <w14:defaultImageDpi w14:val="300"/>
  <w15:docId w15:val="{9ABD5EEB-1BB1-804F-A444-D79A2F46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60" w:lineRule="auto"/>
    </w:pPr>
    <w:rPr>
      <w:rFonts w:ascii="Times New Roman" w:eastAsia="Times New Roman" w:hAnsi="Times New Roman" w:cs="Times New Roman"/>
      <w:color w:val="000000"/>
      <w:sz w:val="28"/>
      <w:lang w:val="ru-RU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outlineLvl w:val="1"/>
    </w:pPr>
    <w:rPr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spacing w:after="240"/>
    </w:pPr>
    <w:rPr>
      <w:b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</w:pPr>
  </w:style>
  <w:style w:type="paragraph" w:styleId="25">
    <w:name w:val="List 2"/>
    <w:basedOn w:val="a1"/>
    <w:uiPriority w:val="99"/>
    <w:unhideWhenUsed/>
    <w:rsid w:val="00326F90"/>
    <w:pPr>
      <w:ind w:left="720" w:hanging="360"/>
    </w:pPr>
  </w:style>
  <w:style w:type="paragraph" w:styleId="35">
    <w:name w:val="List 3"/>
    <w:basedOn w:val="a1"/>
    <w:uiPriority w:val="99"/>
    <w:unhideWhenUsed/>
    <w:rsid w:val="00326F90"/>
    <w:pPr>
      <w:ind w:left="1080" w:hanging="360"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</w:pPr>
  </w:style>
  <w:style w:type="paragraph" w:styleId="af2">
    <w:name w:val="List Continue"/>
    <w:basedOn w:val="a1"/>
    <w:uiPriority w:val="99"/>
    <w:unhideWhenUsed/>
    <w:rsid w:val="0029639D"/>
    <w:pPr>
      <w:ind w:left="360"/>
    </w:pPr>
  </w:style>
  <w:style w:type="paragraph" w:styleId="26">
    <w:name w:val="List Continue 2"/>
    <w:basedOn w:val="a1"/>
    <w:uiPriority w:val="99"/>
    <w:unhideWhenUsed/>
    <w:rsid w:val="0029639D"/>
    <w:pPr>
      <w:ind w:left="720"/>
    </w:pPr>
  </w:style>
  <w:style w:type="paragraph" w:styleId="36">
    <w:name w:val="List Continue 3"/>
    <w:basedOn w:val="a1"/>
    <w:uiPriority w:val="99"/>
    <w:unhideWhenUsed/>
    <w:rsid w:val="0029639D"/>
    <w:pPr>
      <w:ind w:left="1080"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доработку сайта Ульянов</dc:title>
  <dc:subject>Публикации Media и социальные сети в подвале сайта</dc:subject>
  <dc:creator/>
  <cp:keywords/>
  <dc:description>generated by python-docx</dc:description>
  <cp:lastModifiedBy>Nikitin Vladimir</cp:lastModifiedBy>
  <cp:revision>4</cp:revision>
  <dcterms:created xsi:type="dcterms:W3CDTF">2013-12-23T23:15:00Z</dcterms:created>
  <dcterms:modified xsi:type="dcterms:W3CDTF">2026-09-10T11:35:00Z</dcterms:modified>
  <cp:category/>
</cp:coreProperties>
</file>